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47"/>
        <w:gridCol w:w="6375"/>
      </w:tblGrid>
      <w:tr w:rsidR="00D011BE" w14:paraId="15DEBAC6" w14:textId="77777777" w:rsidTr="000D1B52">
        <w:tc>
          <w:tcPr>
            <w:tcW w:w="1998" w:type="dxa"/>
          </w:tcPr>
          <w:p w14:paraId="315FD6E2" w14:textId="20C8C31D" w:rsidR="00D011BE" w:rsidRDefault="00D011BE" w:rsidP="003374B9">
            <w:pPr>
              <w:tabs>
                <w:tab w:val="center" w:pos="965"/>
              </w:tabs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787D3651" wp14:editId="7447215C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158750</wp:posOffset>
                  </wp:positionV>
                  <wp:extent cx="1226807" cy="501015"/>
                  <wp:effectExtent l="0" t="0" r="0" b="0"/>
                  <wp:wrapTight wrapText="bothSides">
                    <wp:wrapPolygon edited="0">
                      <wp:start x="0" y="0"/>
                      <wp:lineTo x="0" y="20532"/>
                      <wp:lineTo x="21141" y="20532"/>
                      <wp:lineTo x="21141" y="0"/>
                      <wp:lineTo x="0" y="0"/>
                    </wp:wrapPolygon>
                  </wp:wrapTight>
                  <wp:docPr id="12012955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240"/>
                          <a:stretch/>
                        </pic:blipFill>
                        <pic:spPr bwMode="auto">
                          <a:xfrm>
                            <a:off x="0" y="0"/>
                            <a:ext cx="1226807" cy="501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858" w:type="dxa"/>
          </w:tcPr>
          <w:p w14:paraId="293519F1" w14:textId="77777777" w:rsidR="003374B9" w:rsidRPr="003374B9" w:rsidRDefault="003374B9" w:rsidP="003374B9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14:paraId="44C35D4A" w14:textId="6D9C4D15" w:rsidR="00D011BE" w:rsidRPr="000D1B52" w:rsidRDefault="00D011BE" w:rsidP="003374B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011B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International Journal of Advanced Multidisciplinary Research and Innovation (IJAMRI)</w:t>
            </w:r>
          </w:p>
        </w:tc>
      </w:tr>
    </w:tbl>
    <w:p w14:paraId="6B71A00D" w14:textId="20461FFF" w:rsidR="005D3F70" w:rsidRDefault="005D3F70" w:rsidP="005D3F70">
      <w:pPr>
        <w:pStyle w:val="Heading2"/>
        <w:spacing w:before="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0319F1" wp14:editId="7D4F95FC">
                <wp:simplePos x="0" y="0"/>
                <wp:positionH relativeFrom="column">
                  <wp:posOffset>-222250</wp:posOffset>
                </wp:positionH>
                <wp:positionV relativeFrom="paragraph">
                  <wp:posOffset>75565</wp:posOffset>
                </wp:positionV>
                <wp:extent cx="5689600" cy="0"/>
                <wp:effectExtent l="38100" t="38100" r="63500" b="95250"/>
                <wp:wrapNone/>
                <wp:docPr id="172958899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96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088338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7.5pt,5.95pt" to="430.5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</w:p>
    <w:p w14:paraId="326BAFC7" w14:textId="2BC0BEFB" w:rsidR="00D521CA" w:rsidRPr="009C0EDC" w:rsidRDefault="00000000" w:rsidP="009C0EDC">
      <w:pPr>
        <w:pStyle w:val="Heading2"/>
        <w:jc w:val="both"/>
      </w:pPr>
      <w:r w:rsidRPr="005B3115">
        <w:t>Title of Manuscript:</w:t>
      </w:r>
    </w:p>
    <w:p w14:paraId="21585067" w14:textId="509FEF95" w:rsidR="007810F5" w:rsidRDefault="0052315B" w:rsidP="001064B2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BB7B36" wp14:editId="11A037BE">
                <wp:simplePos x="0" y="0"/>
                <wp:positionH relativeFrom="column">
                  <wp:posOffset>-57150</wp:posOffset>
                </wp:positionH>
                <wp:positionV relativeFrom="paragraph">
                  <wp:posOffset>163195</wp:posOffset>
                </wp:positionV>
                <wp:extent cx="5435600" cy="19050"/>
                <wp:effectExtent l="38100" t="38100" r="69850" b="95250"/>
                <wp:wrapNone/>
                <wp:docPr id="171971422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35600" cy="19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C65876" id="Straight Connector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5pt,12.85pt" to="423.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" strokecolor="black [3200]" strokeweight="1pt">
                <v:shadow on="t" color="black" opacity="24903f" origin=",.5" offset="0,.55556mm"/>
              </v:line>
            </w:pict>
          </mc:Fallback>
        </mc:AlternateContent>
      </w:r>
      <w:r w:rsidR="00000000">
        <w:br/>
      </w:r>
    </w:p>
    <w:p w14:paraId="7BC80F85" w14:textId="0525A33C" w:rsidR="001064B2" w:rsidRPr="009C0EDC" w:rsidRDefault="00E75668" w:rsidP="009C0EDC">
      <w:pPr>
        <w:pStyle w:val="Heading2"/>
        <w:jc w:val="both"/>
      </w:pPr>
      <w:r w:rsidRPr="005B3115">
        <w:t>Name(s) of Author(s)</w:t>
      </w:r>
      <w:r w:rsidR="004757C9" w:rsidRPr="005B3115">
        <w:t xml:space="preserve"> </w:t>
      </w:r>
      <w:r w:rsidR="00B2586E" w:rsidRPr="009C0EDC">
        <w:t xml:space="preserve"> &amp; Signature</w:t>
      </w: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48"/>
        <w:gridCol w:w="3420"/>
      </w:tblGrid>
      <w:tr w:rsidR="001064B2" w:rsidRPr="000B24C6" w14:paraId="6CEF6B3D" w14:textId="77777777" w:rsidTr="00FD625F">
        <w:tc>
          <w:tcPr>
            <w:tcW w:w="5148" w:type="dxa"/>
          </w:tcPr>
          <w:p w14:paraId="45085442" w14:textId="77777777" w:rsidR="001064B2" w:rsidRPr="000B24C6" w:rsidRDefault="001064B2" w:rsidP="00F20DF7">
            <w:pPr>
              <w:rPr>
                <w:b/>
                <w:bCs/>
              </w:rPr>
            </w:pPr>
            <w:r w:rsidRPr="000B24C6">
              <w:rPr>
                <w:b/>
                <w:bCs/>
              </w:rPr>
              <w:t>Name of Author</w:t>
            </w:r>
          </w:p>
        </w:tc>
        <w:tc>
          <w:tcPr>
            <w:tcW w:w="3420" w:type="dxa"/>
          </w:tcPr>
          <w:p w14:paraId="6B953407" w14:textId="20142BEF" w:rsidR="001064B2" w:rsidRPr="000B24C6" w:rsidRDefault="001064B2" w:rsidP="00F20DF7">
            <w:pPr>
              <w:rPr>
                <w:b/>
                <w:bCs/>
              </w:rPr>
            </w:pPr>
            <w:r w:rsidRPr="000B24C6">
              <w:rPr>
                <w:b/>
                <w:bCs/>
              </w:rPr>
              <w:t>Signature (Short Name)</w:t>
            </w:r>
          </w:p>
        </w:tc>
      </w:tr>
      <w:tr w:rsidR="001064B2" w14:paraId="2359ABC2" w14:textId="77777777" w:rsidTr="00FD625F">
        <w:trPr>
          <w:trHeight w:val="432"/>
        </w:trPr>
        <w:tc>
          <w:tcPr>
            <w:tcW w:w="5148" w:type="dxa"/>
          </w:tcPr>
          <w:p w14:paraId="37F1E71E" w14:textId="77777777" w:rsidR="001064B2" w:rsidRDefault="001064B2" w:rsidP="000B24C6">
            <w:pPr>
              <w:spacing w:after="0"/>
            </w:pPr>
          </w:p>
        </w:tc>
        <w:tc>
          <w:tcPr>
            <w:tcW w:w="3420" w:type="dxa"/>
          </w:tcPr>
          <w:p w14:paraId="563C295D" w14:textId="77777777" w:rsidR="001064B2" w:rsidRDefault="001064B2" w:rsidP="000B24C6">
            <w:pPr>
              <w:spacing w:after="0"/>
            </w:pPr>
          </w:p>
        </w:tc>
      </w:tr>
      <w:tr w:rsidR="001064B2" w14:paraId="1F67FF56" w14:textId="77777777" w:rsidTr="00FD625F">
        <w:trPr>
          <w:trHeight w:val="432"/>
        </w:trPr>
        <w:tc>
          <w:tcPr>
            <w:tcW w:w="5148" w:type="dxa"/>
          </w:tcPr>
          <w:p w14:paraId="421EEEEB" w14:textId="77777777" w:rsidR="001064B2" w:rsidRDefault="001064B2" w:rsidP="000B24C6">
            <w:pPr>
              <w:spacing w:after="0"/>
            </w:pPr>
          </w:p>
        </w:tc>
        <w:tc>
          <w:tcPr>
            <w:tcW w:w="3420" w:type="dxa"/>
          </w:tcPr>
          <w:p w14:paraId="37C0851D" w14:textId="77777777" w:rsidR="001064B2" w:rsidRDefault="001064B2" w:rsidP="000B24C6">
            <w:pPr>
              <w:spacing w:after="0"/>
            </w:pPr>
          </w:p>
        </w:tc>
      </w:tr>
      <w:tr w:rsidR="001064B2" w14:paraId="5F916878" w14:textId="77777777" w:rsidTr="00FD625F">
        <w:trPr>
          <w:trHeight w:val="432"/>
        </w:trPr>
        <w:tc>
          <w:tcPr>
            <w:tcW w:w="5148" w:type="dxa"/>
          </w:tcPr>
          <w:p w14:paraId="73BB4A0D" w14:textId="77777777" w:rsidR="001064B2" w:rsidRDefault="001064B2" w:rsidP="000B24C6">
            <w:pPr>
              <w:spacing w:after="0"/>
            </w:pPr>
          </w:p>
        </w:tc>
        <w:tc>
          <w:tcPr>
            <w:tcW w:w="3420" w:type="dxa"/>
          </w:tcPr>
          <w:p w14:paraId="7314BD52" w14:textId="77777777" w:rsidR="001064B2" w:rsidRDefault="001064B2" w:rsidP="000B24C6">
            <w:pPr>
              <w:spacing w:after="0"/>
            </w:pPr>
          </w:p>
        </w:tc>
      </w:tr>
      <w:tr w:rsidR="00E75668" w14:paraId="067831C6" w14:textId="77777777" w:rsidTr="00FD625F">
        <w:trPr>
          <w:trHeight w:val="432"/>
        </w:trPr>
        <w:tc>
          <w:tcPr>
            <w:tcW w:w="5148" w:type="dxa"/>
          </w:tcPr>
          <w:p w14:paraId="03BA4EE0" w14:textId="77777777" w:rsidR="00E75668" w:rsidRDefault="00E75668" w:rsidP="000B24C6">
            <w:pPr>
              <w:spacing w:after="0"/>
            </w:pPr>
          </w:p>
        </w:tc>
        <w:tc>
          <w:tcPr>
            <w:tcW w:w="3420" w:type="dxa"/>
          </w:tcPr>
          <w:p w14:paraId="1D70ABB6" w14:textId="77777777" w:rsidR="00E75668" w:rsidRDefault="00E75668" w:rsidP="000B24C6">
            <w:pPr>
              <w:spacing w:after="0"/>
            </w:pPr>
          </w:p>
        </w:tc>
      </w:tr>
      <w:tr w:rsidR="00E75668" w14:paraId="62222A4A" w14:textId="77777777" w:rsidTr="00FD625F">
        <w:trPr>
          <w:trHeight w:val="432"/>
        </w:trPr>
        <w:tc>
          <w:tcPr>
            <w:tcW w:w="5148" w:type="dxa"/>
          </w:tcPr>
          <w:p w14:paraId="032DBAB4" w14:textId="77777777" w:rsidR="00E75668" w:rsidRDefault="00E75668" w:rsidP="000B24C6">
            <w:pPr>
              <w:spacing w:after="0"/>
            </w:pPr>
          </w:p>
        </w:tc>
        <w:tc>
          <w:tcPr>
            <w:tcW w:w="3420" w:type="dxa"/>
          </w:tcPr>
          <w:p w14:paraId="0C6036C7" w14:textId="77777777" w:rsidR="00E75668" w:rsidRDefault="00E75668" w:rsidP="000B24C6">
            <w:pPr>
              <w:spacing w:after="0"/>
            </w:pPr>
          </w:p>
        </w:tc>
      </w:tr>
      <w:tr w:rsidR="000B24C6" w14:paraId="7E0B6AB7" w14:textId="77777777" w:rsidTr="00FD625F">
        <w:trPr>
          <w:trHeight w:val="432"/>
        </w:trPr>
        <w:tc>
          <w:tcPr>
            <w:tcW w:w="5148" w:type="dxa"/>
          </w:tcPr>
          <w:p w14:paraId="7B1BC785" w14:textId="77777777" w:rsidR="000B24C6" w:rsidRDefault="000B24C6" w:rsidP="000B24C6">
            <w:pPr>
              <w:spacing w:after="0"/>
            </w:pPr>
          </w:p>
        </w:tc>
        <w:tc>
          <w:tcPr>
            <w:tcW w:w="3420" w:type="dxa"/>
          </w:tcPr>
          <w:p w14:paraId="73C23F83" w14:textId="77777777" w:rsidR="000B24C6" w:rsidRDefault="000B24C6" w:rsidP="000B24C6">
            <w:pPr>
              <w:spacing w:after="0"/>
            </w:pPr>
          </w:p>
        </w:tc>
      </w:tr>
    </w:tbl>
    <w:p w14:paraId="5919E152" w14:textId="53BD39FB" w:rsidR="00D521CA" w:rsidRPr="00C66C8F" w:rsidRDefault="001064B2" w:rsidP="00E75668">
      <w:pPr>
        <w:rPr>
          <w:b/>
          <w:bCs/>
        </w:rPr>
      </w:pPr>
      <w:r>
        <w:br/>
      </w:r>
      <w:r w:rsidRPr="00C66C8F">
        <w:rPr>
          <w:b/>
          <w:bCs/>
        </w:rPr>
        <w:t>Corresponding Author:</w:t>
      </w:r>
    </w:p>
    <w:p w14:paraId="50E5FB3A" w14:textId="77777777" w:rsidR="00D521CA" w:rsidRDefault="00000000">
      <w:r>
        <w:t>Name: __________________________________</w:t>
      </w:r>
    </w:p>
    <w:p w14:paraId="14647E7F" w14:textId="23DD7D2C" w:rsidR="001064B2" w:rsidRDefault="001064B2" w:rsidP="001064B2">
      <w:r>
        <w:t>Date</w:t>
      </w:r>
      <w:r w:rsidR="00AF6EBC">
        <w:t xml:space="preserve">  </w:t>
      </w:r>
      <w:r>
        <w:t>:</w:t>
      </w:r>
      <w:r w:rsidR="00AF6EBC">
        <w:t xml:space="preserve"> </w:t>
      </w:r>
      <w:r w:rsidR="00900CA6">
        <w:t>__________________________________</w:t>
      </w:r>
    </w:p>
    <w:p w14:paraId="45AE9EBA" w14:textId="1124C618" w:rsidR="00D521CA" w:rsidRDefault="00000000" w:rsidP="00657901">
      <w:pPr>
        <w:pStyle w:val="Heading2"/>
        <w:jc w:val="both"/>
      </w:pPr>
      <w:r>
        <w:t>Undertaking and Declaration</w:t>
      </w:r>
    </w:p>
    <w:p w14:paraId="471A098E" w14:textId="77777777" w:rsidR="00657901" w:rsidRDefault="00000000" w:rsidP="00657901">
      <w:pPr>
        <w:jc w:val="both"/>
      </w:pPr>
      <w:r>
        <w:t>We, the undersigned authors, hereby declare that:</w:t>
      </w:r>
    </w:p>
    <w:p w14:paraId="7713E29E" w14:textId="6A0E7095" w:rsidR="00657901" w:rsidRDefault="00000000" w:rsidP="00E624D1">
      <w:pPr>
        <w:pStyle w:val="ListParagraph"/>
        <w:numPr>
          <w:ilvl w:val="0"/>
          <w:numId w:val="12"/>
        </w:numPr>
        <w:spacing w:after="0"/>
        <w:jc w:val="both"/>
      </w:pPr>
      <w:r>
        <w:t>The manuscript is our original work and has not been published previously or</w:t>
      </w:r>
      <w:r w:rsidR="00657901">
        <w:t xml:space="preserve"> </w:t>
      </w:r>
      <w:r>
        <w:t>simultaneously submitted elsewhere for publication.</w:t>
      </w:r>
    </w:p>
    <w:p w14:paraId="1E86654F" w14:textId="558D6B6E" w:rsidR="00657901" w:rsidRDefault="00000000" w:rsidP="00E624D1">
      <w:pPr>
        <w:pStyle w:val="ListParagraph"/>
        <w:numPr>
          <w:ilvl w:val="0"/>
          <w:numId w:val="12"/>
        </w:numPr>
        <w:spacing w:after="0"/>
        <w:jc w:val="both"/>
      </w:pPr>
      <w:r>
        <w:t>All authors have read and approved the manuscript and are accountable for the content and originality of the work.</w:t>
      </w:r>
    </w:p>
    <w:p w14:paraId="570C2122" w14:textId="6BAA9062" w:rsidR="00D521CA" w:rsidRDefault="00000000" w:rsidP="00E624D1">
      <w:pPr>
        <w:pStyle w:val="ListParagraph"/>
        <w:numPr>
          <w:ilvl w:val="0"/>
          <w:numId w:val="12"/>
        </w:numPr>
        <w:spacing w:after="0"/>
        <w:jc w:val="both"/>
      </w:pPr>
      <w:r>
        <w:t xml:space="preserve">Proper citation and acknowledgement have been given to all </w:t>
      </w:r>
      <w:r w:rsidR="006A4BF2">
        <w:t>the relevant</w:t>
      </w:r>
      <w:r>
        <w:t xml:space="preserve"> work.</w:t>
      </w:r>
    </w:p>
    <w:p w14:paraId="075FEDD8" w14:textId="27C6CFF6" w:rsidR="00D521CA" w:rsidRDefault="00000000" w:rsidP="00657901">
      <w:pPr>
        <w:pStyle w:val="Heading2"/>
        <w:jc w:val="both"/>
      </w:pPr>
      <w:r>
        <w:t>Copyright Transfer</w:t>
      </w:r>
    </w:p>
    <w:p w14:paraId="26B78F2C" w14:textId="63BDBE3E" w:rsidR="00657901" w:rsidRDefault="00000000" w:rsidP="00657901">
      <w:pPr>
        <w:jc w:val="both"/>
      </w:pPr>
      <w:r>
        <w:t>Upon acceptance of the article for publication, we agree to transfer copyright of the manuscript titled above to the</w:t>
      </w:r>
      <w:r w:rsidR="00D67A69">
        <w:t xml:space="preserve"> </w:t>
      </w:r>
      <w:r w:rsidR="00D67A69" w:rsidRPr="00D67A69">
        <w:t>International Journal of Advanced Multidisciplinary Research and Innovation (IJAMRI)</w:t>
      </w:r>
      <w:r w:rsidR="00D67A69">
        <w:t xml:space="preserve">. </w:t>
      </w:r>
      <w:r>
        <w:t xml:space="preserve">The </w:t>
      </w:r>
      <w:r w:rsidR="002D2211">
        <w:t>journal</w:t>
      </w:r>
      <w:r>
        <w:t xml:space="preserve"> </w:t>
      </w:r>
      <w:r w:rsidR="00CB3361">
        <w:t>has</w:t>
      </w:r>
      <w:r>
        <w:t xml:space="preserve"> the right to edit, reproduce, distribute, and publish the article in any medium (print or digital), worldwide, for academic and non-commercial purposes.</w:t>
      </w:r>
    </w:p>
    <w:p w14:paraId="175BE2F2" w14:textId="48A8BFCF" w:rsidR="00657901" w:rsidRDefault="00000000" w:rsidP="00657901">
      <w:pPr>
        <w:jc w:val="both"/>
      </w:pPr>
      <w:r>
        <w:t>The authors retain the rights to:</w:t>
      </w:r>
    </w:p>
    <w:p w14:paraId="04EEC0F7" w14:textId="77777777" w:rsidR="00657901" w:rsidRDefault="00000000" w:rsidP="00657901">
      <w:pPr>
        <w:pStyle w:val="ListParagraph"/>
        <w:numPr>
          <w:ilvl w:val="0"/>
          <w:numId w:val="10"/>
        </w:numPr>
        <w:jc w:val="both"/>
      </w:pPr>
      <w:r>
        <w:t>Use the content for educational and research purposes.</w:t>
      </w:r>
    </w:p>
    <w:p w14:paraId="2D5351E7" w14:textId="77777777" w:rsidR="00657901" w:rsidRDefault="00000000" w:rsidP="00657901">
      <w:pPr>
        <w:pStyle w:val="ListParagraph"/>
        <w:numPr>
          <w:ilvl w:val="0"/>
          <w:numId w:val="10"/>
        </w:numPr>
        <w:jc w:val="both"/>
      </w:pPr>
      <w:r>
        <w:t>Post the pre-print/post-print on personal or institutional repositories with proper citation.</w:t>
      </w:r>
    </w:p>
    <w:p w14:paraId="29E2A728" w14:textId="77777777" w:rsidR="00335A0B" w:rsidRDefault="00335A0B" w:rsidP="00657901">
      <w:pPr>
        <w:pStyle w:val="ListParagraph"/>
        <w:ind w:left="360"/>
        <w:jc w:val="both"/>
      </w:pPr>
    </w:p>
    <w:p w14:paraId="7CE973C1" w14:textId="050CF370" w:rsidR="00D521CA" w:rsidRDefault="00000000" w:rsidP="00335A0B">
      <w:pPr>
        <w:pStyle w:val="ListParagraph"/>
        <w:ind w:left="0"/>
        <w:jc w:val="both"/>
      </w:pPr>
      <w:r>
        <w:t xml:space="preserve">Please submit the signed form </w:t>
      </w:r>
      <w:r w:rsidR="00E366EE">
        <w:t>(word/pdf)</w:t>
      </w:r>
      <w:r w:rsidR="00513A87">
        <w:t xml:space="preserve"> </w:t>
      </w:r>
      <w:r>
        <w:t xml:space="preserve">along with the manuscript via email or the journal's </w:t>
      </w:r>
      <w:hyperlink r:id="rId7" w:history="1">
        <w:r w:rsidRPr="00CA3F2C">
          <w:rPr>
            <w:rStyle w:val="Hyperlink"/>
          </w:rPr>
          <w:t>submission portal.</w:t>
        </w:r>
      </w:hyperlink>
    </w:p>
    <w:sectPr w:rsidR="00D521CA" w:rsidSect="009B7ACA">
      <w:pgSz w:w="11906" w:h="16838" w:code="9"/>
      <w:pgMar w:top="81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08735E8"/>
    <w:multiLevelType w:val="hybridMultilevel"/>
    <w:tmpl w:val="8CF4EB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8D4F78"/>
    <w:multiLevelType w:val="hybridMultilevel"/>
    <w:tmpl w:val="44A276AE"/>
    <w:lvl w:ilvl="0" w:tplc="3C980CF4">
      <w:start w:val="2"/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4882FCA"/>
    <w:multiLevelType w:val="hybridMultilevel"/>
    <w:tmpl w:val="EDBE23C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98344406">
    <w:abstractNumId w:val="8"/>
  </w:num>
  <w:num w:numId="2" w16cid:durableId="1617328158">
    <w:abstractNumId w:val="6"/>
  </w:num>
  <w:num w:numId="3" w16cid:durableId="1695767330">
    <w:abstractNumId w:val="5"/>
  </w:num>
  <w:num w:numId="4" w16cid:durableId="1120144736">
    <w:abstractNumId w:val="4"/>
  </w:num>
  <w:num w:numId="5" w16cid:durableId="432895949">
    <w:abstractNumId w:val="7"/>
  </w:num>
  <w:num w:numId="6" w16cid:durableId="827786369">
    <w:abstractNumId w:val="3"/>
  </w:num>
  <w:num w:numId="7" w16cid:durableId="599488896">
    <w:abstractNumId w:val="2"/>
  </w:num>
  <w:num w:numId="8" w16cid:durableId="1443186201">
    <w:abstractNumId w:val="1"/>
  </w:num>
  <w:num w:numId="9" w16cid:durableId="961349938">
    <w:abstractNumId w:val="0"/>
  </w:num>
  <w:num w:numId="10" w16cid:durableId="1253314651">
    <w:abstractNumId w:val="10"/>
  </w:num>
  <w:num w:numId="11" w16cid:durableId="889069553">
    <w:abstractNumId w:val="9"/>
  </w:num>
  <w:num w:numId="12" w16cid:durableId="60149610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63C4D"/>
    <w:rsid w:val="000B24C6"/>
    <w:rsid w:val="000D1B52"/>
    <w:rsid w:val="001064B2"/>
    <w:rsid w:val="0015074B"/>
    <w:rsid w:val="00193649"/>
    <w:rsid w:val="0021131F"/>
    <w:rsid w:val="00222CA1"/>
    <w:rsid w:val="00277D27"/>
    <w:rsid w:val="0029639D"/>
    <w:rsid w:val="002D2211"/>
    <w:rsid w:val="002F3B18"/>
    <w:rsid w:val="00305382"/>
    <w:rsid w:val="00326F90"/>
    <w:rsid w:val="00333C95"/>
    <w:rsid w:val="00335A0B"/>
    <w:rsid w:val="003374B9"/>
    <w:rsid w:val="003C04B9"/>
    <w:rsid w:val="00446448"/>
    <w:rsid w:val="004757C9"/>
    <w:rsid w:val="004E73C3"/>
    <w:rsid w:val="00513A87"/>
    <w:rsid w:val="0052315B"/>
    <w:rsid w:val="00577495"/>
    <w:rsid w:val="005B3115"/>
    <w:rsid w:val="005D3F70"/>
    <w:rsid w:val="00657901"/>
    <w:rsid w:val="006A492E"/>
    <w:rsid w:val="006A4BF2"/>
    <w:rsid w:val="006B1A9B"/>
    <w:rsid w:val="006B6F42"/>
    <w:rsid w:val="007810F5"/>
    <w:rsid w:val="008615AA"/>
    <w:rsid w:val="00873837"/>
    <w:rsid w:val="00890533"/>
    <w:rsid w:val="00894799"/>
    <w:rsid w:val="008B693E"/>
    <w:rsid w:val="008D4EF9"/>
    <w:rsid w:val="00900CA6"/>
    <w:rsid w:val="009566CE"/>
    <w:rsid w:val="009B7ACA"/>
    <w:rsid w:val="009C0EDC"/>
    <w:rsid w:val="009D228D"/>
    <w:rsid w:val="00A37F48"/>
    <w:rsid w:val="00AA1D8D"/>
    <w:rsid w:val="00AE70FD"/>
    <w:rsid w:val="00AF6EBC"/>
    <w:rsid w:val="00B2586E"/>
    <w:rsid w:val="00B47730"/>
    <w:rsid w:val="00C66C8F"/>
    <w:rsid w:val="00CA3F2C"/>
    <w:rsid w:val="00CB0664"/>
    <w:rsid w:val="00CB3361"/>
    <w:rsid w:val="00D011BE"/>
    <w:rsid w:val="00D521CA"/>
    <w:rsid w:val="00D67A69"/>
    <w:rsid w:val="00D7135B"/>
    <w:rsid w:val="00E366EE"/>
    <w:rsid w:val="00E624D1"/>
    <w:rsid w:val="00E75668"/>
    <w:rsid w:val="00F0516D"/>
    <w:rsid w:val="00FC693F"/>
    <w:rsid w:val="00FD625F"/>
    <w:rsid w:val="00FF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297E38"/>
  <w14:defaultImageDpi w14:val="300"/>
  <w15:docId w15:val="{32FC7529-BCA6-4D10-9BA8-922CD29F9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CA3F2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3F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226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ijamri.com/upload-document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Dr. Ankit Shah</cp:lastModifiedBy>
  <cp:revision>72</cp:revision>
  <cp:lastPrinted>2025-05-20T06:35:00Z</cp:lastPrinted>
  <dcterms:created xsi:type="dcterms:W3CDTF">2013-12-23T23:15:00Z</dcterms:created>
  <dcterms:modified xsi:type="dcterms:W3CDTF">2025-05-20T06:36:00Z</dcterms:modified>
  <cp:category/>
</cp:coreProperties>
</file>